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63A06" w14:textId="532CECC6" w:rsidR="002B5BBD" w:rsidRDefault="00CF2C57">
      <w:pPr>
        <w:rPr>
          <w:b/>
        </w:rPr>
      </w:pPr>
      <w:r w:rsidRPr="00284F60">
        <w:rPr>
          <w:noProof/>
          <w:lang w:val="it-IT" w:eastAsia="it-IT"/>
        </w:rPr>
        <w:drawing>
          <wp:inline distT="0" distB="0" distL="0" distR="0" wp14:anchorId="7D8451F3" wp14:editId="06E65853">
            <wp:extent cx="6400800" cy="2131670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to 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1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DDA3F" w14:textId="77777777" w:rsidR="002B5BBD" w:rsidRDefault="002B5BBD">
      <w:pPr>
        <w:rPr>
          <w:b/>
        </w:rPr>
      </w:pPr>
    </w:p>
    <w:p w14:paraId="17C6D8F9" w14:textId="52EB5FA3" w:rsidR="00077E32" w:rsidRDefault="008C1DD8" w:rsidP="00CF2C57">
      <w:r>
        <w:rPr>
          <w:b/>
        </w:rPr>
        <w:t xml:space="preserve">Circ. n. 69 </w:t>
      </w:r>
      <w:r>
        <w:t xml:space="preserve">                                                           </w:t>
      </w:r>
      <w:r w:rsidR="00CF2C57">
        <w:t xml:space="preserve">                                                                 </w:t>
      </w:r>
      <w:r w:rsidR="005E0B99">
        <w:t>Viareggio, 27</w:t>
      </w:r>
      <w:r w:rsidR="00EA4253">
        <w:t xml:space="preserve"> </w:t>
      </w:r>
      <w:proofErr w:type="spellStart"/>
      <w:r w:rsidR="00EA4253">
        <w:t>Ottobre</w:t>
      </w:r>
      <w:proofErr w:type="spellEnd"/>
      <w:r w:rsidR="00EA4253">
        <w:t xml:space="preserve"> 2026</w:t>
      </w:r>
    </w:p>
    <w:p w14:paraId="427E8453" w14:textId="77777777" w:rsidR="00077E32" w:rsidRDefault="008C1DD8">
      <w:pPr>
        <w:jc w:val="right"/>
      </w:pPr>
      <w:r>
        <w:t>Ai genitori</w:t>
      </w:r>
      <w:r>
        <w:br/>
        <w:t>Scuola secondaria di primo grado “Raffaello Motto”</w:t>
      </w:r>
      <w:r>
        <w:br/>
        <w:t>RE e Sito Web</w:t>
      </w:r>
    </w:p>
    <w:p w14:paraId="0AA74304" w14:textId="77777777" w:rsidR="00077E32" w:rsidRDefault="00077E32"/>
    <w:p w14:paraId="4DC2A248" w14:textId="77777777" w:rsidR="00077E32" w:rsidRDefault="008C1DD8">
      <w:r>
        <w:rPr>
          <w:b/>
        </w:rPr>
        <w:t>Oggetto: Colloqui antimeridiani, ricevimento docenti.</w:t>
      </w:r>
    </w:p>
    <w:p w14:paraId="7862A088" w14:textId="77777777" w:rsidR="000C4B7E" w:rsidRDefault="008C1DD8">
      <w:r>
        <w:t xml:space="preserve">Si comunica che i colloqui con le famiglie saranno attivati da tutti </w:t>
      </w:r>
      <w:r w:rsidR="00CF2C57">
        <w:t>i docenti a partire da lunedì 16 novembre 2026</w:t>
      </w:r>
      <w:r>
        <w:t xml:space="preserve"> e si svolgeranno la prima e la terza settimana del mese. </w:t>
      </w:r>
    </w:p>
    <w:p w14:paraId="3ED875FA" w14:textId="7AB58CD8" w:rsidR="00077E32" w:rsidRDefault="008C1DD8">
      <w:proofErr w:type="gramStart"/>
      <w:r>
        <w:t>I geni</w:t>
      </w:r>
      <w:r w:rsidR="00CF2C57">
        <w:t xml:space="preserve">tori potranno </w:t>
      </w:r>
      <w:proofErr w:type="spellStart"/>
      <w:r w:rsidR="00CF2C57">
        <w:t>prenotarsi</w:t>
      </w:r>
      <w:proofErr w:type="spellEnd"/>
      <w:r w:rsidR="00CF2C57">
        <w:t xml:space="preserve"> </w:t>
      </w:r>
      <w:proofErr w:type="spellStart"/>
      <w:r>
        <w:t>tramite</w:t>
      </w:r>
      <w:proofErr w:type="spellEnd"/>
      <w:r>
        <w:t xml:space="preserve"> REGISTRO ELETTRONICO.</w:t>
      </w:r>
      <w:proofErr w:type="gramEnd"/>
    </w:p>
    <w:p w14:paraId="7BD2CDF1" w14:textId="77777777" w:rsidR="00CF2C57" w:rsidRDefault="008C1DD8">
      <w:proofErr w:type="gramStart"/>
      <w:r>
        <w:t>I colloqui si svolgeranno con piattaforma Meet in modalità on line.</w:t>
      </w:r>
      <w:proofErr w:type="gramEnd"/>
      <w:r>
        <w:t xml:space="preserve"> </w:t>
      </w:r>
    </w:p>
    <w:p w14:paraId="1132DF26" w14:textId="61338EF5" w:rsidR="00077E32" w:rsidRDefault="008C1DD8">
      <w:proofErr w:type="spellStart"/>
      <w:r>
        <w:t>Una</w:t>
      </w:r>
      <w:proofErr w:type="spellEnd"/>
      <w:r>
        <w:t xml:space="preserve"> </w:t>
      </w:r>
      <w:proofErr w:type="gramStart"/>
      <w:r>
        <w:t>volta</w:t>
      </w:r>
      <w:proofErr w:type="gramEnd"/>
      <w:r>
        <w:t>, quindi, fatta la prenotazione sul registro elettronico i genitori riceveranno dal docente un link per accedere al colloquio (videochiamata) tramite:</w:t>
      </w:r>
    </w:p>
    <w:p w14:paraId="67A77AC9" w14:textId="77777777" w:rsidR="00077E32" w:rsidRDefault="008C1DD8">
      <w:pPr>
        <w:pStyle w:val="Puntoelenco"/>
      </w:pPr>
      <w:r>
        <w:t>Registro Elettronico, cliccado sul link inserito dal docente nella prenotazione;</w:t>
      </w:r>
    </w:p>
    <w:p w14:paraId="1F1E63E3" w14:textId="77777777" w:rsidR="00077E32" w:rsidRDefault="008C1DD8">
      <w:pPr>
        <w:pStyle w:val="Puntoelenco"/>
      </w:pPr>
      <w:r>
        <w:t>Calendar, dall’account istituzionale del figlio/a nome.cognome.@iccentromigliarinamotto.edu.it</w:t>
      </w:r>
    </w:p>
    <w:p w14:paraId="6BEAC066" w14:textId="77777777" w:rsidR="00077E32" w:rsidRDefault="008C1DD8">
      <w:r>
        <w:t>I periodi di ricevimento sono i seguenti:</w:t>
      </w:r>
    </w:p>
    <w:p w14:paraId="27E3E717" w14:textId="10E6EDE3" w:rsidR="00077E32" w:rsidRDefault="004D5FAE">
      <w:proofErr w:type="gramStart"/>
      <w:r>
        <w:t>dal</w:t>
      </w:r>
      <w:proofErr w:type="gramEnd"/>
      <w:r>
        <w:t xml:space="preserve"> 16 novembre 2026 al 22 gennaio 2027</w:t>
      </w:r>
      <w:r w:rsidR="008C1DD8">
        <w:t>;</w:t>
      </w:r>
    </w:p>
    <w:p w14:paraId="6D2535B2" w14:textId="44C32257" w:rsidR="00077E32" w:rsidRDefault="004D5FAE">
      <w:proofErr w:type="gramStart"/>
      <w:r>
        <w:t>dal</w:t>
      </w:r>
      <w:proofErr w:type="gramEnd"/>
      <w:r>
        <w:t xml:space="preserve"> 22 febbraio 2027 al 28</w:t>
      </w:r>
      <w:r w:rsidR="005E0B99">
        <w:t xml:space="preserve"> maggio 2027</w:t>
      </w:r>
      <w:r w:rsidR="008C1DD8">
        <w:t>.</w:t>
      </w:r>
    </w:p>
    <w:p w14:paraId="4789CD6C" w14:textId="77777777" w:rsidR="00077E32" w:rsidRDefault="008C1DD8">
      <w:r>
        <w:t>I colloqui antimeridiani sono sospesi nelle festività.</w:t>
      </w:r>
    </w:p>
    <w:p w14:paraId="0C9A8779" w14:textId="77777777" w:rsidR="00077E32" w:rsidRDefault="008C1DD8">
      <w:r>
        <w:t>Il periodo di ricevimento dei singoli docenti sarà indicato sul registro elettronico.</w:t>
      </w:r>
    </w:p>
    <w:p w14:paraId="1F4BDB44" w14:textId="77777777" w:rsidR="00077E32" w:rsidRDefault="008C1DD8">
      <w:r>
        <w:br w:type="page"/>
      </w:r>
    </w:p>
    <w:p w14:paraId="3C277CEC" w14:textId="21E93C06" w:rsidR="00077E32" w:rsidRDefault="008C1DD8">
      <w:pPr>
        <w:jc w:val="center"/>
      </w:pPr>
      <w:r>
        <w:rPr>
          <w:b/>
          <w:sz w:val="24"/>
        </w:rPr>
        <w:lastRenderedPageBreak/>
        <w:t>SCUOLA SECONDARIA</w:t>
      </w:r>
      <w:r w:rsidR="000C4B7E">
        <w:rPr>
          <w:b/>
          <w:sz w:val="24"/>
        </w:rPr>
        <w:t xml:space="preserve"> di primo </w:t>
      </w:r>
      <w:proofErr w:type="spellStart"/>
      <w:r w:rsidR="000C4B7E">
        <w:rPr>
          <w:b/>
          <w:sz w:val="24"/>
        </w:rPr>
        <w:t>grado</w:t>
      </w:r>
      <w:proofErr w:type="spellEnd"/>
      <w:r>
        <w:rPr>
          <w:b/>
          <w:sz w:val="24"/>
        </w:rPr>
        <w:t xml:space="preserve"> “R. MOTTO”</w:t>
      </w:r>
      <w:r>
        <w:rPr>
          <w:b/>
          <w:sz w:val="24"/>
        </w:rPr>
        <w:br/>
        <w:t>Colloqui antimeridiani</w:t>
      </w:r>
      <w:r>
        <w:rPr>
          <w:b/>
          <w:sz w:val="24"/>
        </w:rPr>
        <w:br/>
        <w:t>Prima e terza settimana del mese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</w:tblGrid>
      <w:tr w:rsidR="0059069B" w14:paraId="464E3739" w14:textId="77777777">
        <w:trPr>
          <w:jc w:val="center"/>
        </w:trPr>
        <w:tc>
          <w:tcPr>
            <w:tcW w:w="3360" w:type="dxa"/>
            <w:vAlign w:val="center"/>
          </w:tcPr>
          <w:p w14:paraId="05EAB7C8" w14:textId="77777777" w:rsidR="0059069B" w:rsidRDefault="0059069B">
            <w:proofErr w:type="spellStart"/>
            <w:r>
              <w:rPr>
                <w:b/>
                <w:sz w:val="18"/>
              </w:rPr>
              <w:t>Docente</w:t>
            </w:r>
            <w:proofErr w:type="spellEnd"/>
          </w:p>
        </w:tc>
        <w:tc>
          <w:tcPr>
            <w:tcW w:w="3360" w:type="dxa"/>
            <w:vAlign w:val="center"/>
          </w:tcPr>
          <w:p w14:paraId="189925DC" w14:textId="77777777" w:rsidR="0059069B" w:rsidRDefault="0059069B">
            <w:r>
              <w:rPr>
                <w:b/>
                <w:sz w:val="18"/>
              </w:rPr>
              <w:t>Orario di ricevimento</w:t>
            </w:r>
          </w:p>
        </w:tc>
      </w:tr>
      <w:tr w:rsidR="0059069B" w14:paraId="0833B613" w14:textId="77777777">
        <w:trPr>
          <w:jc w:val="center"/>
        </w:trPr>
        <w:tc>
          <w:tcPr>
            <w:tcW w:w="3360" w:type="dxa"/>
            <w:vAlign w:val="center"/>
          </w:tcPr>
          <w:p w14:paraId="18B23BD2" w14:textId="77777777" w:rsidR="0059069B" w:rsidRDefault="0059069B">
            <w:r>
              <w:rPr>
                <w:sz w:val="17"/>
              </w:rPr>
              <w:t>ALDOVARDI GIANFRANCO</w:t>
            </w:r>
          </w:p>
        </w:tc>
        <w:tc>
          <w:tcPr>
            <w:tcW w:w="3360" w:type="dxa"/>
            <w:vAlign w:val="center"/>
          </w:tcPr>
          <w:p w14:paraId="08ADA230" w14:textId="1CD026F2" w:rsidR="0059069B" w:rsidRDefault="0059069B">
            <w:proofErr w:type="spellStart"/>
            <w:r>
              <w:rPr>
                <w:sz w:val="17"/>
              </w:rPr>
              <w:t>Mecoledì</w:t>
            </w:r>
            <w:proofErr w:type="spellEnd"/>
            <w:r>
              <w:rPr>
                <w:sz w:val="17"/>
              </w:rPr>
              <w:t xml:space="preserve"> dalle 8:20 alle 09:20</w:t>
            </w:r>
          </w:p>
        </w:tc>
      </w:tr>
      <w:tr w:rsidR="0059069B" w14:paraId="58800C32" w14:textId="77777777">
        <w:trPr>
          <w:jc w:val="center"/>
        </w:trPr>
        <w:tc>
          <w:tcPr>
            <w:tcW w:w="3360" w:type="dxa"/>
            <w:vAlign w:val="center"/>
          </w:tcPr>
          <w:p w14:paraId="28896581" w14:textId="77777777" w:rsidR="0059069B" w:rsidRDefault="0059069B">
            <w:r>
              <w:rPr>
                <w:sz w:val="17"/>
              </w:rPr>
              <w:t>BARTELLONI ANNA</w:t>
            </w:r>
          </w:p>
        </w:tc>
        <w:tc>
          <w:tcPr>
            <w:tcW w:w="3360" w:type="dxa"/>
            <w:vAlign w:val="center"/>
          </w:tcPr>
          <w:p w14:paraId="3A07CE3F" w14:textId="6FBE7AED" w:rsidR="0059069B" w:rsidRDefault="0059069B">
            <w:r>
              <w:rPr>
                <w:sz w:val="17"/>
              </w:rPr>
              <w:t>Mercoledì dalle 8:30 alle 09:30</w:t>
            </w:r>
          </w:p>
        </w:tc>
      </w:tr>
      <w:tr w:rsidR="0059069B" w14:paraId="3A335998" w14:textId="77777777">
        <w:trPr>
          <w:jc w:val="center"/>
        </w:trPr>
        <w:tc>
          <w:tcPr>
            <w:tcW w:w="3360" w:type="dxa"/>
            <w:vAlign w:val="center"/>
          </w:tcPr>
          <w:p w14:paraId="70003ADE" w14:textId="77777777" w:rsidR="0059069B" w:rsidRDefault="0059069B">
            <w:r>
              <w:rPr>
                <w:sz w:val="17"/>
              </w:rPr>
              <w:t>BOEM FRANCESCA</w:t>
            </w:r>
          </w:p>
        </w:tc>
        <w:tc>
          <w:tcPr>
            <w:tcW w:w="3360" w:type="dxa"/>
            <w:vAlign w:val="center"/>
          </w:tcPr>
          <w:p w14:paraId="53DF57AD" w14:textId="562E41F5" w:rsidR="0059069B" w:rsidRDefault="0059069B">
            <w:proofErr w:type="spellStart"/>
            <w:r>
              <w:rPr>
                <w:sz w:val="17"/>
              </w:rPr>
              <w:t>Martedì</w:t>
            </w:r>
            <w:proofErr w:type="spellEnd"/>
            <w:r>
              <w:rPr>
                <w:sz w:val="17"/>
              </w:rPr>
              <w:t xml:space="preserve"> dalle 09:00 alle 10:00</w:t>
            </w:r>
          </w:p>
        </w:tc>
      </w:tr>
      <w:tr w:rsidR="0059069B" w14:paraId="12BA0389" w14:textId="77777777">
        <w:trPr>
          <w:jc w:val="center"/>
        </w:trPr>
        <w:tc>
          <w:tcPr>
            <w:tcW w:w="3360" w:type="dxa"/>
            <w:vAlign w:val="center"/>
          </w:tcPr>
          <w:p w14:paraId="43E683DF" w14:textId="77777777" w:rsidR="0059069B" w:rsidRDefault="0059069B">
            <w:r>
              <w:rPr>
                <w:sz w:val="17"/>
              </w:rPr>
              <w:t>BONUCCELLI VALENTINA</w:t>
            </w:r>
          </w:p>
        </w:tc>
        <w:tc>
          <w:tcPr>
            <w:tcW w:w="3360" w:type="dxa"/>
            <w:vAlign w:val="center"/>
          </w:tcPr>
          <w:p w14:paraId="7D5DCE23" w14:textId="2807026D" w:rsidR="0059069B" w:rsidRDefault="0059069B">
            <w:proofErr w:type="spellStart"/>
            <w:r>
              <w:rPr>
                <w:sz w:val="17"/>
              </w:rPr>
              <w:t>Venerdì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11:00 alle 12:00</w:t>
            </w:r>
          </w:p>
        </w:tc>
      </w:tr>
      <w:tr w:rsidR="0059069B" w14:paraId="65131226" w14:textId="77777777">
        <w:trPr>
          <w:jc w:val="center"/>
        </w:trPr>
        <w:tc>
          <w:tcPr>
            <w:tcW w:w="3360" w:type="dxa"/>
            <w:vAlign w:val="center"/>
          </w:tcPr>
          <w:p w14:paraId="2DE861A0" w14:textId="77777777" w:rsidR="0059069B" w:rsidRDefault="0059069B">
            <w:r>
              <w:rPr>
                <w:sz w:val="17"/>
              </w:rPr>
              <w:t>CAMMILLI ANTONELLA</w:t>
            </w:r>
          </w:p>
        </w:tc>
        <w:tc>
          <w:tcPr>
            <w:tcW w:w="3360" w:type="dxa"/>
            <w:vAlign w:val="center"/>
          </w:tcPr>
          <w:p w14:paraId="46F5F70A" w14:textId="26A9C92F" w:rsidR="0059069B" w:rsidRDefault="0059069B">
            <w:proofErr w:type="spellStart"/>
            <w:r>
              <w:rPr>
                <w:sz w:val="17"/>
              </w:rPr>
              <w:t>Venerdì</w:t>
            </w:r>
            <w:proofErr w:type="spellEnd"/>
            <w:r>
              <w:rPr>
                <w:sz w:val="17"/>
              </w:rPr>
              <w:t xml:space="preserve"> dalle 10:00 alle 11:00</w:t>
            </w:r>
          </w:p>
        </w:tc>
      </w:tr>
      <w:tr w:rsidR="0059069B" w14:paraId="284AA00C" w14:textId="77777777">
        <w:trPr>
          <w:jc w:val="center"/>
        </w:trPr>
        <w:tc>
          <w:tcPr>
            <w:tcW w:w="3360" w:type="dxa"/>
            <w:vAlign w:val="center"/>
          </w:tcPr>
          <w:p w14:paraId="10AD2245" w14:textId="77777777" w:rsidR="0059069B" w:rsidRDefault="0059069B">
            <w:r>
              <w:rPr>
                <w:sz w:val="17"/>
              </w:rPr>
              <w:t>CARMASSI ANGELA</w:t>
            </w:r>
          </w:p>
        </w:tc>
        <w:tc>
          <w:tcPr>
            <w:tcW w:w="3360" w:type="dxa"/>
            <w:vAlign w:val="center"/>
          </w:tcPr>
          <w:p w14:paraId="5D0873AD" w14:textId="681AA056" w:rsidR="0059069B" w:rsidRDefault="0059069B">
            <w:proofErr w:type="spellStart"/>
            <w:r>
              <w:rPr>
                <w:sz w:val="17"/>
              </w:rPr>
              <w:t>Mercoledì</w:t>
            </w:r>
            <w:proofErr w:type="spellEnd"/>
            <w:r>
              <w:rPr>
                <w:sz w:val="17"/>
              </w:rPr>
              <w:t xml:space="preserve"> dalle 10.45 alle 11:45</w:t>
            </w:r>
          </w:p>
        </w:tc>
      </w:tr>
      <w:tr w:rsidR="0059069B" w14:paraId="6A21E8C9" w14:textId="77777777">
        <w:trPr>
          <w:jc w:val="center"/>
        </w:trPr>
        <w:tc>
          <w:tcPr>
            <w:tcW w:w="3360" w:type="dxa"/>
            <w:vAlign w:val="center"/>
          </w:tcPr>
          <w:p w14:paraId="32AC1346" w14:textId="77777777" w:rsidR="0059069B" w:rsidRDefault="0059069B">
            <w:r>
              <w:rPr>
                <w:sz w:val="17"/>
              </w:rPr>
              <w:t>CAVALLETTI MICAELA</w:t>
            </w:r>
          </w:p>
        </w:tc>
        <w:tc>
          <w:tcPr>
            <w:tcW w:w="3360" w:type="dxa"/>
            <w:vAlign w:val="center"/>
          </w:tcPr>
          <w:p w14:paraId="0E6C41B8" w14:textId="30CF52BC" w:rsidR="0059069B" w:rsidRDefault="0059069B">
            <w:proofErr w:type="spellStart"/>
            <w:r>
              <w:rPr>
                <w:sz w:val="17"/>
              </w:rPr>
              <w:t>Lunedì</w:t>
            </w:r>
            <w:proofErr w:type="spellEnd"/>
            <w:r>
              <w:rPr>
                <w:sz w:val="17"/>
              </w:rPr>
              <w:t xml:space="preserve"> dalle 10:00 alle 11:00</w:t>
            </w:r>
          </w:p>
        </w:tc>
      </w:tr>
      <w:tr w:rsidR="0059069B" w14:paraId="0F924C95" w14:textId="77777777">
        <w:trPr>
          <w:jc w:val="center"/>
        </w:trPr>
        <w:tc>
          <w:tcPr>
            <w:tcW w:w="3360" w:type="dxa"/>
            <w:vAlign w:val="center"/>
          </w:tcPr>
          <w:p w14:paraId="5585C446" w14:textId="1CA5CE31" w:rsidR="0059069B" w:rsidRDefault="0059069B">
            <w:r>
              <w:rPr>
                <w:sz w:val="17"/>
              </w:rPr>
              <w:t>CHITI SILVIA (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Luche</w:t>
            </w:r>
            <w:proofErr w:type="spellEnd"/>
            <w:r>
              <w:rPr>
                <w:sz w:val="17"/>
              </w:rPr>
              <w:t xml:space="preserve"> Tania)</w:t>
            </w:r>
          </w:p>
        </w:tc>
        <w:tc>
          <w:tcPr>
            <w:tcW w:w="3360" w:type="dxa"/>
            <w:vAlign w:val="center"/>
          </w:tcPr>
          <w:p w14:paraId="07C79B02" w14:textId="5117F97B" w:rsidR="0059069B" w:rsidRDefault="0059069B">
            <w:proofErr w:type="spellStart"/>
            <w:r>
              <w:rPr>
                <w:sz w:val="17"/>
              </w:rPr>
              <w:t>Giovedì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12:05 alle 13:05</w:t>
            </w:r>
          </w:p>
        </w:tc>
      </w:tr>
      <w:tr w:rsidR="0059069B" w14:paraId="2D2D31FB" w14:textId="77777777">
        <w:trPr>
          <w:jc w:val="center"/>
        </w:trPr>
        <w:tc>
          <w:tcPr>
            <w:tcW w:w="3360" w:type="dxa"/>
            <w:vAlign w:val="center"/>
          </w:tcPr>
          <w:p w14:paraId="1C59A688" w14:textId="18C07AFC" w:rsidR="0059069B" w:rsidRDefault="0059069B">
            <w:r>
              <w:rPr>
                <w:sz w:val="17"/>
              </w:rPr>
              <w:t>CIFFA SIMON LUCA</w:t>
            </w:r>
          </w:p>
        </w:tc>
        <w:tc>
          <w:tcPr>
            <w:tcW w:w="3360" w:type="dxa"/>
            <w:vAlign w:val="center"/>
          </w:tcPr>
          <w:p w14:paraId="365670AB" w14:textId="50AE5646" w:rsidR="0059069B" w:rsidRPr="00D82CC2" w:rsidRDefault="00D82CC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Lunedì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dalle</w:t>
            </w:r>
            <w:proofErr w:type="spellEnd"/>
            <w:r>
              <w:rPr>
                <w:sz w:val="18"/>
                <w:szCs w:val="18"/>
              </w:rPr>
              <w:t xml:space="preserve"> 10:00 </w:t>
            </w:r>
            <w:proofErr w:type="spellStart"/>
            <w:r>
              <w:rPr>
                <w:sz w:val="18"/>
                <w:szCs w:val="18"/>
              </w:rPr>
              <w:t>alle</w:t>
            </w:r>
            <w:proofErr w:type="spellEnd"/>
            <w:r>
              <w:rPr>
                <w:sz w:val="18"/>
                <w:szCs w:val="18"/>
              </w:rPr>
              <w:t xml:space="preserve"> 11:00</w:t>
            </w:r>
          </w:p>
        </w:tc>
      </w:tr>
      <w:tr w:rsidR="0059069B" w14:paraId="3D0F8F04" w14:textId="77777777">
        <w:trPr>
          <w:jc w:val="center"/>
        </w:trPr>
        <w:tc>
          <w:tcPr>
            <w:tcW w:w="3360" w:type="dxa"/>
            <w:vAlign w:val="center"/>
          </w:tcPr>
          <w:p w14:paraId="5A3D5F52" w14:textId="77777777" w:rsidR="0059069B" w:rsidRDefault="0059069B">
            <w:r>
              <w:rPr>
                <w:sz w:val="17"/>
              </w:rPr>
              <w:t>CUSUMANO ELENA</w:t>
            </w:r>
          </w:p>
        </w:tc>
        <w:tc>
          <w:tcPr>
            <w:tcW w:w="3360" w:type="dxa"/>
            <w:vAlign w:val="center"/>
          </w:tcPr>
          <w:p w14:paraId="7F7EC319" w14:textId="1512E128" w:rsidR="0059069B" w:rsidRDefault="0059069B">
            <w:proofErr w:type="spellStart"/>
            <w:r>
              <w:rPr>
                <w:sz w:val="17"/>
              </w:rPr>
              <w:t>Martedì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09:00 alle 10:00</w:t>
            </w:r>
          </w:p>
        </w:tc>
      </w:tr>
      <w:tr w:rsidR="0059069B" w14:paraId="08CC64EA" w14:textId="77777777">
        <w:trPr>
          <w:jc w:val="center"/>
        </w:trPr>
        <w:tc>
          <w:tcPr>
            <w:tcW w:w="3360" w:type="dxa"/>
            <w:vAlign w:val="center"/>
          </w:tcPr>
          <w:p w14:paraId="0DD4118A" w14:textId="36FFE61F" w:rsidR="0059069B" w:rsidRDefault="0059069B">
            <w:r>
              <w:rPr>
                <w:sz w:val="17"/>
              </w:rPr>
              <w:t>DE ANTONI FIAMMETTA</w:t>
            </w:r>
          </w:p>
        </w:tc>
        <w:tc>
          <w:tcPr>
            <w:tcW w:w="3360" w:type="dxa"/>
            <w:vAlign w:val="center"/>
          </w:tcPr>
          <w:p w14:paraId="1BB1A324" w14:textId="3739286B" w:rsidR="0059069B" w:rsidRDefault="0059069B">
            <w:r>
              <w:rPr>
                <w:sz w:val="17"/>
              </w:rPr>
              <w:t>Mercoledì dalle 09:00 alle 09:55</w:t>
            </w:r>
          </w:p>
        </w:tc>
      </w:tr>
      <w:tr w:rsidR="0059069B" w14:paraId="6CF327DD" w14:textId="77777777">
        <w:trPr>
          <w:jc w:val="center"/>
        </w:trPr>
        <w:tc>
          <w:tcPr>
            <w:tcW w:w="3360" w:type="dxa"/>
            <w:vAlign w:val="center"/>
          </w:tcPr>
          <w:p w14:paraId="7A50BC34" w14:textId="77777777" w:rsidR="0059069B" w:rsidRDefault="0059069B">
            <w:r>
              <w:rPr>
                <w:sz w:val="17"/>
              </w:rPr>
              <w:t>DEL CARLO ELISABETTA</w:t>
            </w:r>
          </w:p>
        </w:tc>
        <w:tc>
          <w:tcPr>
            <w:tcW w:w="3360" w:type="dxa"/>
            <w:vAlign w:val="center"/>
          </w:tcPr>
          <w:p w14:paraId="0651032A" w14:textId="27FCEA77" w:rsidR="0059069B" w:rsidRDefault="0059069B">
            <w:proofErr w:type="spellStart"/>
            <w:r>
              <w:rPr>
                <w:sz w:val="17"/>
              </w:rPr>
              <w:t>Giovedì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08:00 alle 09:00</w:t>
            </w:r>
          </w:p>
        </w:tc>
      </w:tr>
      <w:tr w:rsidR="0059069B" w14:paraId="5A1348A1" w14:textId="77777777">
        <w:trPr>
          <w:jc w:val="center"/>
        </w:trPr>
        <w:tc>
          <w:tcPr>
            <w:tcW w:w="3360" w:type="dxa"/>
            <w:vAlign w:val="center"/>
          </w:tcPr>
          <w:p w14:paraId="79908305" w14:textId="77777777" w:rsidR="0059069B" w:rsidRDefault="0059069B">
            <w:r>
              <w:rPr>
                <w:sz w:val="17"/>
              </w:rPr>
              <w:t>DI SABATINO CATIUSCIA</w:t>
            </w:r>
          </w:p>
        </w:tc>
        <w:tc>
          <w:tcPr>
            <w:tcW w:w="3360" w:type="dxa"/>
            <w:vAlign w:val="center"/>
          </w:tcPr>
          <w:p w14:paraId="37FF5958" w14:textId="031F3991" w:rsidR="0059069B" w:rsidRDefault="0059069B">
            <w:proofErr w:type="spellStart"/>
            <w:r>
              <w:rPr>
                <w:sz w:val="17"/>
              </w:rPr>
              <w:t>Martedì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10:00 alle 11:00</w:t>
            </w:r>
          </w:p>
        </w:tc>
      </w:tr>
      <w:tr w:rsidR="0059069B" w14:paraId="74B0F978" w14:textId="77777777">
        <w:trPr>
          <w:jc w:val="center"/>
        </w:trPr>
        <w:tc>
          <w:tcPr>
            <w:tcW w:w="3360" w:type="dxa"/>
            <w:vAlign w:val="center"/>
          </w:tcPr>
          <w:p w14:paraId="220F60C4" w14:textId="5FE6900D" w:rsidR="0059069B" w:rsidRDefault="0059069B">
            <w:r>
              <w:rPr>
                <w:sz w:val="17"/>
              </w:rPr>
              <w:t xml:space="preserve">DONETTI JENNY </w:t>
            </w:r>
          </w:p>
        </w:tc>
        <w:tc>
          <w:tcPr>
            <w:tcW w:w="3360" w:type="dxa"/>
            <w:vAlign w:val="center"/>
          </w:tcPr>
          <w:p w14:paraId="430011A0" w14:textId="199B7E99" w:rsidR="0059069B" w:rsidRDefault="00D82CC2">
            <w:proofErr w:type="spellStart"/>
            <w:r>
              <w:rPr>
                <w:sz w:val="17"/>
              </w:rPr>
              <w:t>Martedì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09:00 </w:t>
            </w:r>
            <w:proofErr w:type="spellStart"/>
            <w:r>
              <w:rPr>
                <w:sz w:val="17"/>
              </w:rPr>
              <w:t>alle</w:t>
            </w:r>
            <w:proofErr w:type="spellEnd"/>
            <w:r>
              <w:rPr>
                <w:sz w:val="17"/>
              </w:rPr>
              <w:t xml:space="preserve"> 10:00</w:t>
            </w:r>
          </w:p>
        </w:tc>
      </w:tr>
      <w:tr w:rsidR="0059069B" w14:paraId="24522C3C" w14:textId="77777777">
        <w:trPr>
          <w:jc w:val="center"/>
        </w:trPr>
        <w:tc>
          <w:tcPr>
            <w:tcW w:w="3360" w:type="dxa"/>
            <w:vAlign w:val="center"/>
          </w:tcPr>
          <w:p w14:paraId="1A4C4CE5" w14:textId="446DD78B" w:rsidR="0059069B" w:rsidRPr="00000E51" w:rsidRDefault="005906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SODINI ALESSIO</w:t>
            </w:r>
          </w:p>
        </w:tc>
        <w:tc>
          <w:tcPr>
            <w:tcW w:w="3360" w:type="dxa"/>
            <w:vAlign w:val="center"/>
          </w:tcPr>
          <w:p w14:paraId="7C2EA3E3" w14:textId="7AD56277" w:rsidR="0059069B" w:rsidRDefault="0059069B">
            <w:proofErr w:type="spellStart"/>
            <w:r>
              <w:rPr>
                <w:sz w:val="17"/>
              </w:rPr>
              <w:t>Martedì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11:00 </w:t>
            </w:r>
            <w:proofErr w:type="spellStart"/>
            <w:r>
              <w:rPr>
                <w:sz w:val="17"/>
              </w:rPr>
              <w:t>alle</w:t>
            </w:r>
            <w:proofErr w:type="spellEnd"/>
            <w:r>
              <w:rPr>
                <w:sz w:val="17"/>
              </w:rPr>
              <w:t xml:space="preserve"> 12:00</w:t>
            </w:r>
          </w:p>
        </w:tc>
      </w:tr>
      <w:tr w:rsidR="0059069B" w14:paraId="5E37D47E" w14:textId="77777777">
        <w:trPr>
          <w:jc w:val="center"/>
        </w:trPr>
        <w:tc>
          <w:tcPr>
            <w:tcW w:w="3360" w:type="dxa"/>
            <w:vAlign w:val="center"/>
          </w:tcPr>
          <w:p w14:paraId="2F614F88" w14:textId="77777777" w:rsidR="0059069B" w:rsidRDefault="0059069B">
            <w:r>
              <w:rPr>
                <w:sz w:val="17"/>
              </w:rPr>
              <w:t>FINI BARBARA</w:t>
            </w:r>
          </w:p>
        </w:tc>
        <w:tc>
          <w:tcPr>
            <w:tcW w:w="3360" w:type="dxa"/>
            <w:vAlign w:val="center"/>
          </w:tcPr>
          <w:p w14:paraId="4334DE10" w14:textId="08D206B1" w:rsidR="0059069B" w:rsidRDefault="0059069B">
            <w:proofErr w:type="spellStart"/>
            <w:r>
              <w:rPr>
                <w:sz w:val="17"/>
              </w:rPr>
              <w:t>Mercoledì</w:t>
            </w:r>
            <w:proofErr w:type="spellEnd"/>
            <w:r>
              <w:rPr>
                <w:sz w:val="17"/>
              </w:rPr>
              <w:t xml:space="preserve"> dalle 10:00 alle 11:00</w:t>
            </w:r>
          </w:p>
        </w:tc>
      </w:tr>
      <w:tr w:rsidR="0059069B" w14:paraId="4BDC558A" w14:textId="77777777">
        <w:trPr>
          <w:jc w:val="center"/>
        </w:trPr>
        <w:tc>
          <w:tcPr>
            <w:tcW w:w="3360" w:type="dxa"/>
            <w:vAlign w:val="center"/>
          </w:tcPr>
          <w:p w14:paraId="09E06F09" w14:textId="77777777" w:rsidR="0059069B" w:rsidRDefault="0059069B">
            <w:r>
              <w:rPr>
                <w:sz w:val="17"/>
              </w:rPr>
              <w:t>FRUZZETTI PAOLA</w:t>
            </w:r>
          </w:p>
        </w:tc>
        <w:tc>
          <w:tcPr>
            <w:tcW w:w="3360" w:type="dxa"/>
            <w:vAlign w:val="center"/>
          </w:tcPr>
          <w:p w14:paraId="0210716F" w14:textId="0C7045D7" w:rsidR="0059069B" w:rsidRDefault="0059069B">
            <w:proofErr w:type="spellStart"/>
            <w:r>
              <w:rPr>
                <w:sz w:val="17"/>
              </w:rPr>
              <w:t>Mercoledì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11:05 alle 12:05</w:t>
            </w:r>
          </w:p>
        </w:tc>
      </w:tr>
      <w:tr w:rsidR="0059069B" w14:paraId="5C5D872E" w14:textId="77777777">
        <w:trPr>
          <w:jc w:val="center"/>
        </w:trPr>
        <w:tc>
          <w:tcPr>
            <w:tcW w:w="3360" w:type="dxa"/>
            <w:vAlign w:val="center"/>
          </w:tcPr>
          <w:p w14:paraId="14135931" w14:textId="73CAD8F2" w:rsidR="0059069B" w:rsidRPr="0059069B" w:rsidRDefault="005906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AVERSANO JACOPO</w:t>
            </w:r>
          </w:p>
        </w:tc>
        <w:tc>
          <w:tcPr>
            <w:tcW w:w="3360" w:type="dxa"/>
            <w:vAlign w:val="center"/>
          </w:tcPr>
          <w:p w14:paraId="45515603" w14:textId="6DBF84ED" w:rsidR="0059069B" w:rsidRDefault="00D82CC2">
            <w:proofErr w:type="spellStart"/>
            <w:r>
              <w:rPr>
                <w:sz w:val="17"/>
              </w:rPr>
              <w:t>Lunedì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9:00 </w:t>
            </w:r>
            <w:proofErr w:type="spellStart"/>
            <w:r>
              <w:rPr>
                <w:sz w:val="17"/>
              </w:rPr>
              <w:t>alle</w:t>
            </w:r>
            <w:proofErr w:type="spellEnd"/>
            <w:r>
              <w:rPr>
                <w:sz w:val="17"/>
              </w:rPr>
              <w:t xml:space="preserve"> 10:00</w:t>
            </w:r>
          </w:p>
        </w:tc>
      </w:tr>
      <w:tr w:rsidR="0059069B" w14:paraId="04EE6C8F" w14:textId="77777777">
        <w:trPr>
          <w:jc w:val="center"/>
        </w:trPr>
        <w:tc>
          <w:tcPr>
            <w:tcW w:w="3360" w:type="dxa"/>
            <w:vAlign w:val="center"/>
          </w:tcPr>
          <w:p w14:paraId="2EA9A936" w14:textId="77777777" w:rsidR="0059069B" w:rsidRDefault="0059069B">
            <w:r>
              <w:rPr>
                <w:sz w:val="17"/>
              </w:rPr>
              <w:t>GIANNECCHINI ARIANNA</w:t>
            </w:r>
          </w:p>
        </w:tc>
        <w:tc>
          <w:tcPr>
            <w:tcW w:w="3360" w:type="dxa"/>
            <w:vAlign w:val="center"/>
          </w:tcPr>
          <w:p w14:paraId="3DCD381C" w14:textId="016A58EB" w:rsidR="0059069B" w:rsidRDefault="00BC4FB1">
            <w:r>
              <w:rPr>
                <w:sz w:val="17"/>
              </w:rPr>
              <w:t>Giovedì</w:t>
            </w:r>
            <w:bookmarkStart w:id="0" w:name="_GoBack"/>
            <w:bookmarkEnd w:id="0"/>
            <w:r w:rsidR="0059069B">
              <w:rPr>
                <w:sz w:val="17"/>
              </w:rPr>
              <w:t xml:space="preserve"> </w:t>
            </w:r>
            <w:proofErr w:type="spellStart"/>
            <w:r w:rsidR="0059069B">
              <w:rPr>
                <w:sz w:val="17"/>
              </w:rPr>
              <w:t>dalle</w:t>
            </w:r>
            <w:proofErr w:type="spellEnd"/>
            <w:r w:rsidR="0059069B">
              <w:rPr>
                <w:sz w:val="17"/>
              </w:rPr>
              <w:t xml:space="preserve"> 10:00 alle 11:00</w:t>
            </w:r>
          </w:p>
        </w:tc>
      </w:tr>
      <w:tr w:rsidR="0059069B" w14:paraId="4EB1125D" w14:textId="77777777">
        <w:trPr>
          <w:jc w:val="center"/>
        </w:trPr>
        <w:tc>
          <w:tcPr>
            <w:tcW w:w="3360" w:type="dxa"/>
            <w:vAlign w:val="center"/>
          </w:tcPr>
          <w:p w14:paraId="7D6F71C3" w14:textId="77777777" w:rsidR="0059069B" w:rsidRDefault="0059069B">
            <w:r>
              <w:rPr>
                <w:sz w:val="17"/>
              </w:rPr>
              <w:t>LAZZERI DONATELLA</w:t>
            </w:r>
          </w:p>
        </w:tc>
        <w:tc>
          <w:tcPr>
            <w:tcW w:w="3360" w:type="dxa"/>
            <w:vAlign w:val="center"/>
          </w:tcPr>
          <w:p w14:paraId="376C3EC6" w14:textId="64D2EA71" w:rsidR="0059069B" w:rsidRDefault="0059069B">
            <w:proofErr w:type="spellStart"/>
            <w:r>
              <w:rPr>
                <w:sz w:val="17"/>
              </w:rPr>
              <w:t>Giovedì</w:t>
            </w:r>
            <w:proofErr w:type="spellEnd"/>
            <w:r>
              <w:rPr>
                <w:sz w:val="17"/>
              </w:rPr>
              <w:t xml:space="preserve"> dalle 12:00 alle 13:00</w:t>
            </w:r>
          </w:p>
        </w:tc>
      </w:tr>
      <w:tr w:rsidR="0059069B" w14:paraId="350815E0" w14:textId="77777777">
        <w:trPr>
          <w:jc w:val="center"/>
        </w:trPr>
        <w:tc>
          <w:tcPr>
            <w:tcW w:w="3360" w:type="dxa"/>
            <w:vAlign w:val="center"/>
          </w:tcPr>
          <w:p w14:paraId="5DB6A1ED" w14:textId="77777777" w:rsidR="0059069B" w:rsidRDefault="0059069B">
            <w:r>
              <w:rPr>
                <w:sz w:val="17"/>
              </w:rPr>
              <w:t>LOFFREDO ANTONELLA</w:t>
            </w:r>
          </w:p>
        </w:tc>
        <w:tc>
          <w:tcPr>
            <w:tcW w:w="3360" w:type="dxa"/>
            <w:vAlign w:val="center"/>
          </w:tcPr>
          <w:p w14:paraId="426EF05E" w14:textId="374462A0" w:rsidR="0059069B" w:rsidRDefault="0059069B">
            <w:r>
              <w:rPr>
                <w:sz w:val="17"/>
              </w:rPr>
              <w:t>Lunedì dalle 11:00 alle 12:00</w:t>
            </w:r>
          </w:p>
        </w:tc>
      </w:tr>
      <w:tr w:rsidR="0059069B" w14:paraId="6823A46F" w14:textId="77777777">
        <w:trPr>
          <w:jc w:val="center"/>
        </w:trPr>
        <w:tc>
          <w:tcPr>
            <w:tcW w:w="3360" w:type="dxa"/>
            <w:vAlign w:val="center"/>
          </w:tcPr>
          <w:p w14:paraId="20749C48" w14:textId="77777777" w:rsidR="0059069B" w:rsidRDefault="0059069B">
            <w:r>
              <w:rPr>
                <w:sz w:val="17"/>
              </w:rPr>
              <w:t>LUPETTI ELISA</w:t>
            </w:r>
          </w:p>
        </w:tc>
        <w:tc>
          <w:tcPr>
            <w:tcW w:w="3360" w:type="dxa"/>
            <w:vAlign w:val="center"/>
          </w:tcPr>
          <w:p w14:paraId="349C382B" w14:textId="6B1B0EFD" w:rsidR="0059069B" w:rsidRDefault="0059069B">
            <w:proofErr w:type="spellStart"/>
            <w:r>
              <w:rPr>
                <w:sz w:val="17"/>
              </w:rPr>
              <w:t>Martedì</w:t>
            </w:r>
            <w:proofErr w:type="spellEnd"/>
            <w:r>
              <w:rPr>
                <w:sz w:val="17"/>
              </w:rPr>
              <w:t xml:space="preserve"> dalle 10:00 alle 11:00</w:t>
            </w:r>
          </w:p>
        </w:tc>
      </w:tr>
      <w:tr w:rsidR="0059069B" w14:paraId="0C1C2BD6" w14:textId="77777777">
        <w:trPr>
          <w:jc w:val="center"/>
        </w:trPr>
        <w:tc>
          <w:tcPr>
            <w:tcW w:w="3360" w:type="dxa"/>
            <w:vAlign w:val="center"/>
          </w:tcPr>
          <w:p w14:paraId="461B631A" w14:textId="77777777" w:rsidR="0059069B" w:rsidRDefault="0059069B">
            <w:r>
              <w:rPr>
                <w:sz w:val="17"/>
              </w:rPr>
              <w:t>MARTINI ILARIA</w:t>
            </w:r>
          </w:p>
        </w:tc>
        <w:tc>
          <w:tcPr>
            <w:tcW w:w="3360" w:type="dxa"/>
            <w:vAlign w:val="center"/>
          </w:tcPr>
          <w:p w14:paraId="23B5AF8B" w14:textId="037C76E6" w:rsidR="0059069B" w:rsidRDefault="0059069B">
            <w:proofErr w:type="spellStart"/>
            <w:r>
              <w:rPr>
                <w:sz w:val="17"/>
              </w:rPr>
              <w:t>Mercoledì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10:05 alle 11:05</w:t>
            </w:r>
          </w:p>
        </w:tc>
      </w:tr>
      <w:tr w:rsidR="0059069B" w14:paraId="591DCD02" w14:textId="77777777">
        <w:trPr>
          <w:jc w:val="center"/>
        </w:trPr>
        <w:tc>
          <w:tcPr>
            <w:tcW w:w="3360" w:type="dxa"/>
            <w:vAlign w:val="center"/>
          </w:tcPr>
          <w:p w14:paraId="0079A0C8" w14:textId="250D7407" w:rsidR="0059069B" w:rsidRDefault="0059069B">
            <w:r>
              <w:rPr>
                <w:sz w:val="17"/>
              </w:rPr>
              <w:t>MENCONI ANITA</w:t>
            </w:r>
          </w:p>
        </w:tc>
        <w:tc>
          <w:tcPr>
            <w:tcW w:w="3360" w:type="dxa"/>
            <w:vAlign w:val="center"/>
          </w:tcPr>
          <w:p w14:paraId="5519C816" w14:textId="5E525167" w:rsidR="0059069B" w:rsidRDefault="0059069B">
            <w:proofErr w:type="spellStart"/>
            <w:r>
              <w:rPr>
                <w:sz w:val="17"/>
              </w:rPr>
              <w:t>Giovedì</w:t>
            </w:r>
            <w:proofErr w:type="spellEnd"/>
            <w:r>
              <w:rPr>
                <w:sz w:val="17"/>
              </w:rPr>
              <w:t xml:space="preserve"> dalle 08:45 alle 09:45</w:t>
            </w:r>
          </w:p>
        </w:tc>
      </w:tr>
      <w:tr w:rsidR="0059069B" w14:paraId="2C4CBA8F" w14:textId="77777777">
        <w:trPr>
          <w:jc w:val="center"/>
        </w:trPr>
        <w:tc>
          <w:tcPr>
            <w:tcW w:w="3360" w:type="dxa"/>
            <w:vAlign w:val="center"/>
          </w:tcPr>
          <w:p w14:paraId="4ECDA987" w14:textId="77777777" w:rsidR="0059069B" w:rsidRDefault="0059069B">
            <w:r>
              <w:rPr>
                <w:sz w:val="17"/>
              </w:rPr>
              <w:t>MORELLI CLAUDIO</w:t>
            </w:r>
          </w:p>
        </w:tc>
        <w:tc>
          <w:tcPr>
            <w:tcW w:w="3360" w:type="dxa"/>
            <w:vAlign w:val="center"/>
          </w:tcPr>
          <w:p w14:paraId="42ED7FCD" w14:textId="3B6F177E" w:rsidR="0059069B" w:rsidRDefault="0059069B">
            <w:proofErr w:type="spellStart"/>
            <w:r>
              <w:rPr>
                <w:sz w:val="17"/>
              </w:rPr>
              <w:t>Mercoledì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10:00 alle 11:00</w:t>
            </w:r>
          </w:p>
        </w:tc>
      </w:tr>
      <w:tr w:rsidR="0059069B" w14:paraId="49E268D7" w14:textId="77777777">
        <w:trPr>
          <w:jc w:val="center"/>
        </w:trPr>
        <w:tc>
          <w:tcPr>
            <w:tcW w:w="3360" w:type="dxa"/>
            <w:vAlign w:val="center"/>
          </w:tcPr>
          <w:p w14:paraId="3DDBED09" w14:textId="77777777" w:rsidR="0059069B" w:rsidRDefault="0059069B">
            <w:r>
              <w:rPr>
                <w:sz w:val="17"/>
              </w:rPr>
              <w:t>PALA MARIA LUDOVICA</w:t>
            </w:r>
          </w:p>
        </w:tc>
        <w:tc>
          <w:tcPr>
            <w:tcW w:w="3360" w:type="dxa"/>
            <w:vAlign w:val="center"/>
          </w:tcPr>
          <w:p w14:paraId="3921345B" w14:textId="5A2FE383" w:rsidR="0059069B" w:rsidRDefault="0059069B">
            <w:proofErr w:type="spellStart"/>
            <w:r>
              <w:rPr>
                <w:sz w:val="17"/>
              </w:rPr>
              <w:t>Martedì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09:00 alle 10:50</w:t>
            </w:r>
          </w:p>
        </w:tc>
      </w:tr>
      <w:tr w:rsidR="0059069B" w14:paraId="657B21BC" w14:textId="77777777">
        <w:trPr>
          <w:jc w:val="center"/>
        </w:trPr>
        <w:tc>
          <w:tcPr>
            <w:tcW w:w="3360" w:type="dxa"/>
            <w:vAlign w:val="center"/>
          </w:tcPr>
          <w:p w14:paraId="6CDE47DE" w14:textId="77777777" w:rsidR="0059069B" w:rsidRDefault="0059069B">
            <w:r>
              <w:rPr>
                <w:sz w:val="17"/>
              </w:rPr>
              <w:t>PARRA MARIA GIOVANNA</w:t>
            </w:r>
          </w:p>
        </w:tc>
        <w:tc>
          <w:tcPr>
            <w:tcW w:w="3360" w:type="dxa"/>
            <w:vAlign w:val="center"/>
          </w:tcPr>
          <w:p w14:paraId="26780596" w14:textId="6419A1B6" w:rsidR="0059069B" w:rsidRDefault="0059069B">
            <w:r>
              <w:rPr>
                <w:sz w:val="17"/>
              </w:rPr>
              <w:t>Martedì dalle 09:00 alle 10:00</w:t>
            </w:r>
          </w:p>
        </w:tc>
      </w:tr>
      <w:tr w:rsidR="0059069B" w14:paraId="14DA9A62" w14:textId="77777777">
        <w:trPr>
          <w:jc w:val="center"/>
        </w:trPr>
        <w:tc>
          <w:tcPr>
            <w:tcW w:w="3360" w:type="dxa"/>
            <w:vAlign w:val="center"/>
          </w:tcPr>
          <w:p w14:paraId="444BC2DC" w14:textId="3AFD6333" w:rsidR="0059069B" w:rsidRDefault="0059069B">
            <w:r>
              <w:rPr>
                <w:sz w:val="17"/>
              </w:rPr>
              <w:t xml:space="preserve">PARRINI CHIARA </w:t>
            </w:r>
          </w:p>
        </w:tc>
        <w:tc>
          <w:tcPr>
            <w:tcW w:w="3360" w:type="dxa"/>
            <w:vAlign w:val="center"/>
          </w:tcPr>
          <w:p w14:paraId="297F5487" w14:textId="68B2429F" w:rsidR="0059069B" w:rsidRDefault="0059069B">
            <w:proofErr w:type="spellStart"/>
            <w:r>
              <w:rPr>
                <w:sz w:val="17"/>
              </w:rPr>
              <w:t>Giovedì</w:t>
            </w:r>
            <w:proofErr w:type="spellEnd"/>
            <w:r>
              <w:rPr>
                <w:sz w:val="17"/>
              </w:rPr>
              <w:t xml:space="preserve"> dalle 10:15 alle 11:15</w:t>
            </w:r>
          </w:p>
        </w:tc>
      </w:tr>
      <w:tr w:rsidR="0059069B" w14:paraId="5C1EE096" w14:textId="77777777">
        <w:trPr>
          <w:jc w:val="center"/>
        </w:trPr>
        <w:tc>
          <w:tcPr>
            <w:tcW w:w="3360" w:type="dxa"/>
            <w:vAlign w:val="center"/>
          </w:tcPr>
          <w:p w14:paraId="3073B622" w14:textId="77777777" w:rsidR="0059069B" w:rsidRDefault="0059069B">
            <w:r>
              <w:rPr>
                <w:sz w:val="17"/>
              </w:rPr>
              <w:t>PASQUALI VERONICA</w:t>
            </w:r>
          </w:p>
        </w:tc>
        <w:tc>
          <w:tcPr>
            <w:tcW w:w="3360" w:type="dxa"/>
            <w:vAlign w:val="center"/>
          </w:tcPr>
          <w:p w14:paraId="621F0C11" w14:textId="7F266204" w:rsidR="0059069B" w:rsidRDefault="0059069B">
            <w:proofErr w:type="spellStart"/>
            <w:r>
              <w:rPr>
                <w:sz w:val="17"/>
              </w:rPr>
              <w:t>Giovedì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12:00 alle 13:00</w:t>
            </w:r>
          </w:p>
        </w:tc>
      </w:tr>
      <w:tr w:rsidR="0059069B" w14:paraId="68578E83" w14:textId="77777777">
        <w:trPr>
          <w:jc w:val="center"/>
        </w:trPr>
        <w:tc>
          <w:tcPr>
            <w:tcW w:w="3360" w:type="dxa"/>
            <w:vAlign w:val="center"/>
          </w:tcPr>
          <w:p w14:paraId="746C9967" w14:textId="77777777" w:rsidR="0059069B" w:rsidRDefault="0059069B">
            <w:r>
              <w:rPr>
                <w:sz w:val="17"/>
              </w:rPr>
              <w:t>PECCHIA EMANUELA</w:t>
            </w:r>
          </w:p>
        </w:tc>
        <w:tc>
          <w:tcPr>
            <w:tcW w:w="3360" w:type="dxa"/>
            <w:vAlign w:val="center"/>
          </w:tcPr>
          <w:p w14:paraId="0545F869" w14:textId="464D394B" w:rsidR="0059069B" w:rsidRDefault="0059069B">
            <w:r>
              <w:rPr>
                <w:sz w:val="17"/>
              </w:rPr>
              <w:t>Lunedì dalle 12:05 alle 13:05</w:t>
            </w:r>
          </w:p>
        </w:tc>
      </w:tr>
      <w:tr w:rsidR="0059069B" w14:paraId="14887D76" w14:textId="77777777">
        <w:trPr>
          <w:jc w:val="center"/>
        </w:trPr>
        <w:tc>
          <w:tcPr>
            <w:tcW w:w="3360" w:type="dxa"/>
            <w:vAlign w:val="center"/>
          </w:tcPr>
          <w:p w14:paraId="4D9D79A7" w14:textId="77777777" w:rsidR="0059069B" w:rsidRDefault="0059069B">
            <w:r>
              <w:rPr>
                <w:sz w:val="17"/>
              </w:rPr>
              <w:t>PELLEGRINO MARIA LISA</w:t>
            </w:r>
          </w:p>
        </w:tc>
        <w:tc>
          <w:tcPr>
            <w:tcW w:w="3360" w:type="dxa"/>
            <w:vAlign w:val="center"/>
          </w:tcPr>
          <w:p w14:paraId="2D50EC5D" w14:textId="77777777" w:rsidR="0059069B" w:rsidRDefault="0059069B">
            <w:r>
              <w:rPr>
                <w:sz w:val="17"/>
              </w:rPr>
              <w:t>Martedì dalle 9:00 alle 10:00</w:t>
            </w:r>
          </w:p>
        </w:tc>
      </w:tr>
      <w:tr w:rsidR="0059069B" w14:paraId="012A6E63" w14:textId="77777777">
        <w:trPr>
          <w:jc w:val="center"/>
        </w:trPr>
        <w:tc>
          <w:tcPr>
            <w:tcW w:w="3360" w:type="dxa"/>
            <w:vAlign w:val="center"/>
          </w:tcPr>
          <w:p w14:paraId="1E04440A" w14:textId="77777777" w:rsidR="0059069B" w:rsidRDefault="0059069B">
            <w:r>
              <w:rPr>
                <w:sz w:val="17"/>
              </w:rPr>
              <w:t>POMMELLA RITA</w:t>
            </w:r>
          </w:p>
        </w:tc>
        <w:tc>
          <w:tcPr>
            <w:tcW w:w="3360" w:type="dxa"/>
            <w:vAlign w:val="center"/>
          </w:tcPr>
          <w:p w14:paraId="24B2F9EB" w14:textId="77777777" w:rsidR="0059069B" w:rsidRDefault="0059069B">
            <w:r>
              <w:rPr>
                <w:sz w:val="17"/>
              </w:rPr>
              <w:t>Lunedì dalle 9:00 alle 10:00</w:t>
            </w:r>
          </w:p>
        </w:tc>
      </w:tr>
      <w:tr w:rsidR="0059069B" w14:paraId="67B7DFA7" w14:textId="77777777">
        <w:trPr>
          <w:jc w:val="center"/>
        </w:trPr>
        <w:tc>
          <w:tcPr>
            <w:tcW w:w="3360" w:type="dxa"/>
            <w:vAlign w:val="center"/>
          </w:tcPr>
          <w:p w14:paraId="5A20420B" w14:textId="77777777" w:rsidR="0059069B" w:rsidRDefault="0059069B">
            <w:r>
              <w:rPr>
                <w:sz w:val="17"/>
              </w:rPr>
              <w:t>PUERARI MANUELA</w:t>
            </w:r>
          </w:p>
        </w:tc>
        <w:tc>
          <w:tcPr>
            <w:tcW w:w="3360" w:type="dxa"/>
            <w:vAlign w:val="center"/>
          </w:tcPr>
          <w:p w14:paraId="229275A4" w14:textId="5BF14685" w:rsidR="0059069B" w:rsidRDefault="0059069B">
            <w:proofErr w:type="spellStart"/>
            <w:r>
              <w:rPr>
                <w:sz w:val="17"/>
              </w:rPr>
              <w:t>Venerdì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09:00 alle 10:00</w:t>
            </w:r>
          </w:p>
        </w:tc>
      </w:tr>
      <w:tr w:rsidR="0059069B" w14:paraId="3F85455D" w14:textId="77777777">
        <w:trPr>
          <w:jc w:val="center"/>
        </w:trPr>
        <w:tc>
          <w:tcPr>
            <w:tcW w:w="3360" w:type="dxa"/>
            <w:vAlign w:val="center"/>
          </w:tcPr>
          <w:p w14:paraId="2CE9416D" w14:textId="77777777" w:rsidR="0059069B" w:rsidRDefault="0059069B">
            <w:r>
              <w:rPr>
                <w:sz w:val="17"/>
              </w:rPr>
              <w:t>RIZZA GIUSEPPE</w:t>
            </w:r>
          </w:p>
        </w:tc>
        <w:tc>
          <w:tcPr>
            <w:tcW w:w="3360" w:type="dxa"/>
            <w:vAlign w:val="center"/>
          </w:tcPr>
          <w:p w14:paraId="0B7FC3C0" w14:textId="77777777" w:rsidR="0059069B" w:rsidRDefault="0059069B">
            <w:r>
              <w:rPr>
                <w:sz w:val="17"/>
              </w:rPr>
              <w:t>Martedì dalle 11:00 alle 12:00</w:t>
            </w:r>
          </w:p>
        </w:tc>
      </w:tr>
      <w:tr w:rsidR="0059069B" w14:paraId="7298278B" w14:textId="77777777">
        <w:trPr>
          <w:jc w:val="center"/>
        </w:trPr>
        <w:tc>
          <w:tcPr>
            <w:tcW w:w="3360" w:type="dxa"/>
            <w:vAlign w:val="center"/>
          </w:tcPr>
          <w:p w14:paraId="291F6245" w14:textId="77777777" w:rsidR="0059069B" w:rsidRDefault="0059069B">
            <w:r>
              <w:rPr>
                <w:sz w:val="17"/>
              </w:rPr>
              <w:t>SARDINA PIETRO</w:t>
            </w:r>
          </w:p>
        </w:tc>
        <w:tc>
          <w:tcPr>
            <w:tcW w:w="3360" w:type="dxa"/>
            <w:vAlign w:val="center"/>
          </w:tcPr>
          <w:p w14:paraId="3409AF55" w14:textId="775799E1" w:rsidR="0059069B" w:rsidRDefault="0059069B">
            <w:proofErr w:type="spellStart"/>
            <w:r>
              <w:rPr>
                <w:sz w:val="17"/>
              </w:rPr>
              <w:t>Giovedì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11:00 alle 12:00</w:t>
            </w:r>
          </w:p>
        </w:tc>
      </w:tr>
      <w:tr w:rsidR="0059069B" w14:paraId="68656A1B" w14:textId="77777777">
        <w:trPr>
          <w:jc w:val="center"/>
        </w:trPr>
        <w:tc>
          <w:tcPr>
            <w:tcW w:w="3360" w:type="dxa"/>
            <w:vAlign w:val="center"/>
          </w:tcPr>
          <w:p w14:paraId="60682796" w14:textId="77777777" w:rsidR="0059069B" w:rsidRDefault="0059069B">
            <w:r>
              <w:rPr>
                <w:sz w:val="17"/>
              </w:rPr>
              <w:t>SERGI MARIA ELIDE</w:t>
            </w:r>
          </w:p>
        </w:tc>
        <w:tc>
          <w:tcPr>
            <w:tcW w:w="3360" w:type="dxa"/>
            <w:vAlign w:val="center"/>
          </w:tcPr>
          <w:p w14:paraId="16C39630" w14:textId="6D1BB8D1" w:rsidR="0059069B" w:rsidRDefault="0059069B">
            <w:proofErr w:type="spellStart"/>
            <w:r>
              <w:rPr>
                <w:sz w:val="17"/>
              </w:rPr>
              <w:t>Venerdì</w:t>
            </w:r>
            <w:proofErr w:type="spellEnd"/>
            <w:r>
              <w:rPr>
                <w:sz w:val="17"/>
              </w:rPr>
              <w:t xml:space="preserve"> dalle 11:00 alle 12:00</w:t>
            </w:r>
          </w:p>
        </w:tc>
      </w:tr>
      <w:tr w:rsidR="0059069B" w14:paraId="6476F929" w14:textId="77777777">
        <w:trPr>
          <w:jc w:val="center"/>
        </w:trPr>
        <w:tc>
          <w:tcPr>
            <w:tcW w:w="3360" w:type="dxa"/>
            <w:vAlign w:val="center"/>
          </w:tcPr>
          <w:p w14:paraId="6073AE1A" w14:textId="47F1B8E5" w:rsidR="0059069B" w:rsidRPr="0059069B" w:rsidRDefault="005906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CESCA ELISA 5 ore </w:t>
            </w:r>
            <w:proofErr w:type="spellStart"/>
            <w:r>
              <w:rPr>
                <w:sz w:val="18"/>
                <w:szCs w:val="18"/>
              </w:rPr>
              <w:t>Parrini</w:t>
            </w:r>
            <w:proofErr w:type="spellEnd"/>
          </w:p>
        </w:tc>
        <w:tc>
          <w:tcPr>
            <w:tcW w:w="3360" w:type="dxa"/>
            <w:vAlign w:val="center"/>
          </w:tcPr>
          <w:p w14:paraId="50EB0DA3" w14:textId="641C8BB3" w:rsidR="0059069B" w:rsidRPr="0059069B" w:rsidRDefault="0059069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Martedì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dalle</w:t>
            </w:r>
            <w:proofErr w:type="spellEnd"/>
            <w:r>
              <w:rPr>
                <w:sz w:val="18"/>
                <w:szCs w:val="18"/>
              </w:rPr>
              <w:t xml:space="preserve"> 12:05 </w:t>
            </w:r>
            <w:proofErr w:type="spellStart"/>
            <w:r>
              <w:rPr>
                <w:sz w:val="18"/>
                <w:szCs w:val="18"/>
              </w:rPr>
              <w:t>alle</w:t>
            </w:r>
            <w:proofErr w:type="spellEnd"/>
            <w:r>
              <w:rPr>
                <w:sz w:val="18"/>
                <w:szCs w:val="18"/>
              </w:rPr>
              <w:t xml:space="preserve"> 13:00</w:t>
            </w:r>
          </w:p>
        </w:tc>
      </w:tr>
      <w:tr w:rsidR="0059069B" w14:paraId="7D73962D" w14:textId="77777777">
        <w:trPr>
          <w:jc w:val="center"/>
        </w:trPr>
        <w:tc>
          <w:tcPr>
            <w:tcW w:w="3360" w:type="dxa"/>
            <w:vAlign w:val="center"/>
          </w:tcPr>
          <w:p w14:paraId="4171DFED" w14:textId="77777777" w:rsidR="0059069B" w:rsidRDefault="0059069B">
            <w:r>
              <w:rPr>
                <w:sz w:val="17"/>
              </w:rPr>
              <w:t>VINCI PAOLA</w:t>
            </w:r>
          </w:p>
        </w:tc>
        <w:tc>
          <w:tcPr>
            <w:tcW w:w="3360" w:type="dxa"/>
            <w:vAlign w:val="center"/>
          </w:tcPr>
          <w:p w14:paraId="48A85938" w14:textId="5CEE44EE" w:rsidR="0059069B" w:rsidRDefault="0059069B">
            <w:proofErr w:type="spellStart"/>
            <w:r>
              <w:rPr>
                <w:sz w:val="17"/>
              </w:rPr>
              <w:t>Lunedì</w:t>
            </w:r>
            <w:proofErr w:type="spellEnd"/>
            <w:r>
              <w:rPr>
                <w:sz w:val="17"/>
              </w:rPr>
              <w:t xml:space="preserve"> dalle 11:00 alle 12:00</w:t>
            </w:r>
          </w:p>
        </w:tc>
      </w:tr>
      <w:tr w:rsidR="0059069B" w14:paraId="56F5DB9C" w14:textId="77777777">
        <w:trPr>
          <w:jc w:val="center"/>
        </w:trPr>
        <w:tc>
          <w:tcPr>
            <w:tcW w:w="3360" w:type="dxa"/>
            <w:vAlign w:val="center"/>
          </w:tcPr>
          <w:p w14:paraId="1F4E5B8E" w14:textId="362830AA" w:rsidR="0059069B" w:rsidRPr="0059069B" w:rsidRDefault="005906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GOLIA GENNARO</w:t>
            </w:r>
          </w:p>
        </w:tc>
        <w:tc>
          <w:tcPr>
            <w:tcW w:w="3360" w:type="dxa"/>
            <w:vAlign w:val="center"/>
          </w:tcPr>
          <w:p w14:paraId="1C1B1B5F" w14:textId="63BC488E" w:rsidR="0059069B" w:rsidRPr="0059069B" w:rsidRDefault="0059069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Mercoledì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dalle</w:t>
            </w:r>
            <w:proofErr w:type="spellEnd"/>
            <w:r>
              <w:rPr>
                <w:sz w:val="18"/>
                <w:szCs w:val="18"/>
              </w:rPr>
              <w:t xml:space="preserve"> 10.05 </w:t>
            </w:r>
            <w:proofErr w:type="spellStart"/>
            <w:r>
              <w:rPr>
                <w:sz w:val="18"/>
                <w:szCs w:val="18"/>
              </w:rPr>
              <w:t>alle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FE2A49">
              <w:rPr>
                <w:sz w:val="18"/>
                <w:szCs w:val="18"/>
              </w:rPr>
              <w:t>11:05</w:t>
            </w:r>
          </w:p>
        </w:tc>
      </w:tr>
      <w:tr w:rsidR="0059069B" w14:paraId="78EE6534" w14:textId="77777777">
        <w:trPr>
          <w:jc w:val="center"/>
        </w:trPr>
        <w:tc>
          <w:tcPr>
            <w:tcW w:w="3360" w:type="dxa"/>
            <w:vAlign w:val="center"/>
          </w:tcPr>
          <w:p w14:paraId="079D4CC1" w14:textId="77777777" w:rsidR="0059069B" w:rsidRDefault="0059069B">
            <w:r>
              <w:rPr>
                <w:sz w:val="17"/>
              </w:rPr>
              <w:t>ZAZZERI MARIA CHIARA</w:t>
            </w:r>
          </w:p>
        </w:tc>
        <w:tc>
          <w:tcPr>
            <w:tcW w:w="3360" w:type="dxa"/>
            <w:vAlign w:val="center"/>
          </w:tcPr>
          <w:p w14:paraId="38964C00" w14:textId="5942DF2E" w:rsidR="0059069B" w:rsidRDefault="0059069B">
            <w:proofErr w:type="spellStart"/>
            <w:r>
              <w:rPr>
                <w:sz w:val="17"/>
              </w:rPr>
              <w:t>Lunedì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dalle</w:t>
            </w:r>
            <w:proofErr w:type="spellEnd"/>
            <w:r>
              <w:rPr>
                <w:sz w:val="17"/>
              </w:rPr>
              <w:t xml:space="preserve"> 11:00 </w:t>
            </w:r>
            <w:proofErr w:type="spellStart"/>
            <w:r>
              <w:rPr>
                <w:sz w:val="17"/>
              </w:rPr>
              <w:t>alle</w:t>
            </w:r>
            <w:proofErr w:type="spellEnd"/>
            <w:r>
              <w:rPr>
                <w:sz w:val="17"/>
              </w:rPr>
              <w:t xml:space="preserve"> 12:00</w:t>
            </w:r>
          </w:p>
        </w:tc>
      </w:tr>
    </w:tbl>
    <w:p w14:paraId="6CAD677C" w14:textId="77777777" w:rsidR="00077E32" w:rsidRDefault="008C1DD8">
      <w:r>
        <w:br w:type="page"/>
      </w:r>
    </w:p>
    <w:p w14:paraId="5367F9F4" w14:textId="77777777" w:rsidR="00077E32" w:rsidRDefault="008C1DD8">
      <w:r>
        <w:t>Si informano i docenti e le famiglie che nei giorni sottoelencati si terranno i colloqui generali – in presenza – presso la sede dell’IC Centro Migliarina Motto, via Puccini 366:</w:t>
      </w:r>
    </w:p>
    <w:p w14:paraId="56ECF3DC" w14:textId="5D3D1A28" w:rsidR="00077E32" w:rsidRDefault="00F96C73">
      <w:pPr>
        <w:pStyle w:val="Puntoelenco"/>
      </w:pPr>
      <w:r>
        <w:t>10 dicembre 2026 ore 15:00-19:00</w:t>
      </w:r>
      <w:r w:rsidR="008C1DD8">
        <w:t>;</w:t>
      </w:r>
    </w:p>
    <w:p w14:paraId="5B54202D" w14:textId="60C5D4DB" w:rsidR="00077E32" w:rsidRDefault="004A606B">
      <w:pPr>
        <w:pStyle w:val="Puntoelenco"/>
      </w:pPr>
      <w:r>
        <w:t>28</w:t>
      </w:r>
      <w:r w:rsidR="00F96C73">
        <w:t xml:space="preserve"> aprile 2027</w:t>
      </w:r>
      <w:r>
        <w:t xml:space="preserve"> ore 15:00-19:00</w:t>
      </w:r>
      <w:r w:rsidR="008C1DD8">
        <w:t>.</w:t>
      </w:r>
    </w:p>
    <w:p w14:paraId="456355B5" w14:textId="77777777" w:rsidR="00077E32" w:rsidRDefault="008C1DD8">
      <w:r>
        <w:t>I docenti riceveranno i genitori secondo la seguente calendarizzazione: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077E32" w14:paraId="037BF546" w14:textId="77777777">
        <w:trPr>
          <w:jc w:val="center"/>
        </w:trPr>
        <w:tc>
          <w:tcPr>
            <w:tcW w:w="3360" w:type="dxa"/>
          </w:tcPr>
          <w:p w14:paraId="0EDBE829" w14:textId="77777777" w:rsidR="00077E32" w:rsidRDefault="008C1DD8">
            <w:r>
              <w:rPr>
                <w:b/>
              </w:rPr>
              <w:t>Orario</w:t>
            </w:r>
          </w:p>
        </w:tc>
        <w:tc>
          <w:tcPr>
            <w:tcW w:w="3360" w:type="dxa"/>
          </w:tcPr>
          <w:p w14:paraId="2566137C" w14:textId="77777777" w:rsidR="00077E32" w:rsidRDefault="008C1DD8">
            <w:r>
              <w:rPr>
                <w:b/>
              </w:rPr>
              <w:t>Data</w:t>
            </w:r>
          </w:p>
        </w:tc>
        <w:tc>
          <w:tcPr>
            <w:tcW w:w="3360" w:type="dxa"/>
          </w:tcPr>
          <w:p w14:paraId="5806446D" w14:textId="77777777" w:rsidR="00077E32" w:rsidRDefault="008C1DD8">
            <w:r>
              <w:rPr>
                <w:b/>
              </w:rPr>
              <w:t>Docenti</w:t>
            </w:r>
          </w:p>
        </w:tc>
      </w:tr>
      <w:tr w:rsidR="00077E32" w14:paraId="2083471C" w14:textId="77777777">
        <w:trPr>
          <w:jc w:val="center"/>
        </w:trPr>
        <w:tc>
          <w:tcPr>
            <w:tcW w:w="3360" w:type="dxa"/>
          </w:tcPr>
          <w:p w14:paraId="457D3294" w14:textId="74C88591" w:rsidR="00077E32" w:rsidRDefault="00F96C73">
            <w:r>
              <w:rPr>
                <w:sz w:val="18"/>
              </w:rPr>
              <w:t>15:00–17:00</w:t>
            </w:r>
          </w:p>
        </w:tc>
        <w:tc>
          <w:tcPr>
            <w:tcW w:w="3360" w:type="dxa"/>
          </w:tcPr>
          <w:p w14:paraId="6F0A41C9" w14:textId="240B80D8" w:rsidR="00077E32" w:rsidRDefault="00F96C73">
            <w:r>
              <w:rPr>
                <w:sz w:val="18"/>
              </w:rPr>
              <w:t xml:space="preserve">10 </w:t>
            </w:r>
            <w:proofErr w:type="spellStart"/>
            <w:r w:rsidR="00C47EE4">
              <w:rPr>
                <w:sz w:val="18"/>
              </w:rPr>
              <w:t>d</w:t>
            </w:r>
            <w:r w:rsidR="008C1DD8">
              <w:rPr>
                <w:sz w:val="18"/>
              </w:rPr>
              <w:t>icembre</w:t>
            </w:r>
            <w:proofErr w:type="spellEnd"/>
            <w:r w:rsidR="008C1DD8">
              <w:rPr>
                <w:sz w:val="18"/>
              </w:rPr>
              <w:t xml:space="preserve"> 202</w:t>
            </w:r>
            <w:r>
              <w:rPr>
                <w:sz w:val="18"/>
              </w:rPr>
              <w:t>6</w:t>
            </w:r>
          </w:p>
        </w:tc>
        <w:tc>
          <w:tcPr>
            <w:tcW w:w="3360" w:type="dxa"/>
          </w:tcPr>
          <w:p w14:paraId="63D8067A" w14:textId="275FF95A" w:rsidR="00077E32" w:rsidRDefault="00F96C73">
            <w:proofErr w:type="spellStart"/>
            <w:r>
              <w:t>Italiano-Storia-Geografia</w:t>
            </w:r>
            <w:proofErr w:type="spellEnd"/>
            <w:r>
              <w:t xml:space="preserve">, </w:t>
            </w:r>
          </w:p>
          <w:p w14:paraId="27EDB462" w14:textId="77777777" w:rsidR="00F96C73" w:rsidRDefault="00F96C73">
            <w:proofErr w:type="spellStart"/>
            <w:r>
              <w:t>Matematica-Scienze</w:t>
            </w:r>
            <w:proofErr w:type="spellEnd"/>
          </w:p>
          <w:p w14:paraId="778ABD0B" w14:textId="2C06B03A" w:rsidR="00F96C73" w:rsidRDefault="00F96C73">
            <w:r>
              <w:t xml:space="preserve">Arte. </w:t>
            </w:r>
            <w:proofErr w:type="spellStart"/>
            <w:r>
              <w:t>Sostegno</w:t>
            </w:r>
            <w:proofErr w:type="spellEnd"/>
          </w:p>
        </w:tc>
      </w:tr>
      <w:tr w:rsidR="00077E32" w14:paraId="7FB6F0AF" w14:textId="77777777">
        <w:trPr>
          <w:jc w:val="center"/>
        </w:trPr>
        <w:tc>
          <w:tcPr>
            <w:tcW w:w="3360" w:type="dxa"/>
          </w:tcPr>
          <w:p w14:paraId="674BB73D" w14:textId="652DE067" w:rsidR="00077E32" w:rsidRDefault="00F96C73">
            <w:r>
              <w:rPr>
                <w:sz w:val="18"/>
              </w:rPr>
              <w:t>17:00–19:00</w:t>
            </w:r>
          </w:p>
        </w:tc>
        <w:tc>
          <w:tcPr>
            <w:tcW w:w="3360" w:type="dxa"/>
          </w:tcPr>
          <w:p w14:paraId="5EC19698" w14:textId="7AD0A6B4" w:rsidR="00077E32" w:rsidRDefault="00F96C73">
            <w:r>
              <w:rPr>
                <w:sz w:val="18"/>
              </w:rPr>
              <w:t>10</w:t>
            </w:r>
            <w:r w:rsidR="00C47EE4">
              <w:rPr>
                <w:sz w:val="18"/>
              </w:rPr>
              <w:t xml:space="preserve"> </w:t>
            </w:r>
            <w:proofErr w:type="spellStart"/>
            <w:r w:rsidR="00C47EE4">
              <w:rPr>
                <w:sz w:val="18"/>
              </w:rPr>
              <w:t>d</w:t>
            </w:r>
            <w:r w:rsidR="008C1DD8">
              <w:rPr>
                <w:sz w:val="18"/>
              </w:rPr>
              <w:t>icembre</w:t>
            </w:r>
            <w:proofErr w:type="spellEnd"/>
            <w:r w:rsidR="008C1DD8">
              <w:rPr>
                <w:sz w:val="18"/>
              </w:rPr>
              <w:t xml:space="preserve"> 202</w:t>
            </w:r>
            <w:r>
              <w:rPr>
                <w:sz w:val="18"/>
              </w:rPr>
              <w:t>6</w:t>
            </w:r>
          </w:p>
        </w:tc>
        <w:tc>
          <w:tcPr>
            <w:tcW w:w="3360" w:type="dxa"/>
          </w:tcPr>
          <w:p w14:paraId="43BB3397" w14:textId="17A36EA0" w:rsidR="00077E32" w:rsidRDefault="00F96C73">
            <w:proofErr w:type="spellStart"/>
            <w:r>
              <w:t>Lingue</w:t>
            </w:r>
            <w:proofErr w:type="spellEnd"/>
            <w:r>
              <w:t xml:space="preserve">, </w:t>
            </w:r>
            <w:proofErr w:type="spellStart"/>
            <w:r>
              <w:t>Musica</w:t>
            </w:r>
            <w:proofErr w:type="spellEnd"/>
            <w:r>
              <w:t xml:space="preserve">, </w:t>
            </w:r>
            <w:proofErr w:type="spellStart"/>
            <w:r>
              <w:t>Ed.Fisica</w:t>
            </w:r>
            <w:proofErr w:type="spellEnd"/>
            <w:r>
              <w:t xml:space="preserve">, </w:t>
            </w:r>
            <w:proofErr w:type="spellStart"/>
            <w:r>
              <w:t>Tecnologia</w:t>
            </w:r>
            <w:proofErr w:type="spellEnd"/>
            <w:r>
              <w:t xml:space="preserve">, </w:t>
            </w:r>
            <w:proofErr w:type="spellStart"/>
            <w:r>
              <w:t>Religione</w:t>
            </w:r>
            <w:proofErr w:type="spellEnd"/>
          </w:p>
        </w:tc>
      </w:tr>
      <w:tr w:rsidR="00F96C73" w14:paraId="1A3164AB" w14:textId="77777777">
        <w:trPr>
          <w:jc w:val="center"/>
        </w:trPr>
        <w:tc>
          <w:tcPr>
            <w:tcW w:w="3360" w:type="dxa"/>
          </w:tcPr>
          <w:p w14:paraId="484A8051" w14:textId="77777777" w:rsidR="00F96C73" w:rsidRDefault="00F96C73">
            <w:pPr>
              <w:rPr>
                <w:sz w:val="18"/>
              </w:rPr>
            </w:pPr>
          </w:p>
        </w:tc>
        <w:tc>
          <w:tcPr>
            <w:tcW w:w="3360" w:type="dxa"/>
          </w:tcPr>
          <w:p w14:paraId="6D29783E" w14:textId="77777777" w:rsidR="00F96C73" w:rsidRDefault="00F96C73">
            <w:pPr>
              <w:rPr>
                <w:sz w:val="18"/>
              </w:rPr>
            </w:pPr>
          </w:p>
        </w:tc>
        <w:tc>
          <w:tcPr>
            <w:tcW w:w="3360" w:type="dxa"/>
          </w:tcPr>
          <w:p w14:paraId="6AF6D40A" w14:textId="77777777" w:rsidR="00F96C73" w:rsidRDefault="00F96C73"/>
        </w:tc>
      </w:tr>
      <w:tr w:rsidR="00F96C73" w14:paraId="078C76D9" w14:textId="77777777">
        <w:trPr>
          <w:jc w:val="center"/>
        </w:trPr>
        <w:tc>
          <w:tcPr>
            <w:tcW w:w="3360" w:type="dxa"/>
          </w:tcPr>
          <w:p w14:paraId="228020DA" w14:textId="77777777" w:rsidR="00F96C73" w:rsidRDefault="00F96C73">
            <w:pPr>
              <w:rPr>
                <w:sz w:val="18"/>
              </w:rPr>
            </w:pPr>
          </w:p>
        </w:tc>
        <w:tc>
          <w:tcPr>
            <w:tcW w:w="3360" w:type="dxa"/>
          </w:tcPr>
          <w:p w14:paraId="28791C32" w14:textId="77777777" w:rsidR="00F96C73" w:rsidRDefault="00F96C73">
            <w:pPr>
              <w:rPr>
                <w:sz w:val="18"/>
              </w:rPr>
            </w:pPr>
          </w:p>
        </w:tc>
        <w:tc>
          <w:tcPr>
            <w:tcW w:w="3360" w:type="dxa"/>
          </w:tcPr>
          <w:p w14:paraId="493B6B34" w14:textId="77777777" w:rsidR="00F96C73" w:rsidRDefault="00F96C73"/>
        </w:tc>
      </w:tr>
      <w:tr w:rsidR="00077E32" w14:paraId="5352C025" w14:textId="77777777">
        <w:trPr>
          <w:jc w:val="center"/>
        </w:trPr>
        <w:tc>
          <w:tcPr>
            <w:tcW w:w="3360" w:type="dxa"/>
          </w:tcPr>
          <w:p w14:paraId="283C58B2" w14:textId="1C67F6AF" w:rsidR="00077E32" w:rsidRDefault="00B427F9">
            <w:r>
              <w:rPr>
                <w:sz w:val="18"/>
              </w:rPr>
              <w:t>15:00–17:00</w:t>
            </w:r>
          </w:p>
        </w:tc>
        <w:tc>
          <w:tcPr>
            <w:tcW w:w="3360" w:type="dxa"/>
          </w:tcPr>
          <w:p w14:paraId="2E236687" w14:textId="3B723335" w:rsidR="00077E32" w:rsidRDefault="00B427F9">
            <w:r>
              <w:rPr>
                <w:sz w:val="18"/>
              </w:rPr>
              <w:t>28</w:t>
            </w:r>
            <w:r w:rsidR="00C47EE4">
              <w:rPr>
                <w:sz w:val="18"/>
              </w:rPr>
              <w:t xml:space="preserve"> </w:t>
            </w:r>
            <w:proofErr w:type="spellStart"/>
            <w:r w:rsidR="00C47EE4">
              <w:rPr>
                <w:sz w:val="18"/>
              </w:rPr>
              <w:t>a</w:t>
            </w:r>
            <w:r w:rsidR="008C1DD8">
              <w:rPr>
                <w:sz w:val="18"/>
              </w:rPr>
              <w:t>prile</w:t>
            </w:r>
            <w:proofErr w:type="spellEnd"/>
            <w:r w:rsidR="008C1DD8">
              <w:rPr>
                <w:sz w:val="18"/>
              </w:rPr>
              <w:t xml:space="preserve"> 202</w:t>
            </w:r>
            <w:r>
              <w:rPr>
                <w:sz w:val="18"/>
              </w:rPr>
              <w:t>7</w:t>
            </w:r>
          </w:p>
        </w:tc>
        <w:tc>
          <w:tcPr>
            <w:tcW w:w="3360" w:type="dxa"/>
          </w:tcPr>
          <w:p w14:paraId="1F2115EC" w14:textId="1107763B" w:rsidR="00F96C73" w:rsidRDefault="00B427F9" w:rsidP="008C1DD8">
            <w:proofErr w:type="spellStart"/>
            <w:r>
              <w:t>Lingue</w:t>
            </w:r>
            <w:proofErr w:type="spellEnd"/>
            <w:r>
              <w:t xml:space="preserve">, </w:t>
            </w:r>
            <w:proofErr w:type="spellStart"/>
            <w:r>
              <w:t>Musica</w:t>
            </w:r>
            <w:proofErr w:type="spellEnd"/>
            <w:r>
              <w:t xml:space="preserve">, </w:t>
            </w:r>
            <w:proofErr w:type="spellStart"/>
            <w:r>
              <w:t>Ed.Fisica</w:t>
            </w:r>
            <w:proofErr w:type="spellEnd"/>
            <w:r>
              <w:t xml:space="preserve">, </w:t>
            </w:r>
            <w:proofErr w:type="spellStart"/>
            <w:r>
              <w:t>Tecnologia</w:t>
            </w:r>
            <w:proofErr w:type="spellEnd"/>
            <w:r>
              <w:t xml:space="preserve">, </w:t>
            </w:r>
            <w:proofErr w:type="spellStart"/>
            <w:r>
              <w:t>Religione</w:t>
            </w:r>
            <w:proofErr w:type="spellEnd"/>
          </w:p>
        </w:tc>
      </w:tr>
      <w:tr w:rsidR="00077E32" w14:paraId="2F280191" w14:textId="77777777">
        <w:trPr>
          <w:jc w:val="center"/>
        </w:trPr>
        <w:tc>
          <w:tcPr>
            <w:tcW w:w="3360" w:type="dxa"/>
          </w:tcPr>
          <w:p w14:paraId="28A23B3C" w14:textId="0FA967F4" w:rsidR="00077E32" w:rsidRDefault="00B427F9">
            <w:r>
              <w:rPr>
                <w:sz w:val="18"/>
              </w:rPr>
              <w:t>17:00–19:00</w:t>
            </w:r>
          </w:p>
        </w:tc>
        <w:tc>
          <w:tcPr>
            <w:tcW w:w="3360" w:type="dxa"/>
          </w:tcPr>
          <w:p w14:paraId="72C746EF" w14:textId="11D1CBBB" w:rsidR="00077E32" w:rsidRDefault="00B427F9">
            <w:r>
              <w:rPr>
                <w:sz w:val="18"/>
              </w:rPr>
              <w:t xml:space="preserve">28 </w:t>
            </w:r>
            <w:proofErr w:type="spellStart"/>
            <w:r w:rsidR="00C47EE4">
              <w:rPr>
                <w:sz w:val="18"/>
              </w:rPr>
              <w:t>a</w:t>
            </w:r>
            <w:r w:rsidR="008C1DD8">
              <w:rPr>
                <w:sz w:val="18"/>
              </w:rPr>
              <w:t>prile</w:t>
            </w:r>
            <w:proofErr w:type="spellEnd"/>
            <w:r w:rsidR="008C1DD8">
              <w:rPr>
                <w:sz w:val="18"/>
              </w:rPr>
              <w:t xml:space="preserve"> 202</w:t>
            </w:r>
            <w:r>
              <w:rPr>
                <w:sz w:val="18"/>
              </w:rPr>
              <w:t>7</w:t>
            </w:r>
          </w:p>
        </w:tc>
        <w:tc>
          <w:tcPr>
            <w:tcW w:w="3360" w:type="dxa"/>
          </w:tcPr>
          <w:p w14:paraId="2977633E" w14:textId="77777777" w:rsidR="00B427F9" w:rsidRDefault="00B427F9" w:rsidP="00B427F9">
            <w:proofErr w:type="spellStart"/>
            <w:r>
              <w:t>Italiano-Storia-Geografia</w:t>
            </w:r>
            <w:proofErr w:type="spellEnd"/>
            <w:r>
              <w:t xml:space="preserve">, </w:t>
            </w:r>
          </w:p>
          <w:p w14:paraId="642718D0" w14:textId="77777777" w:rsidR="00B427F9" w:rsidRDefault="00B427F9" w:rsidP="00B427F9">
            <w:proofErr w:type="spellStart"/>
            <w:r>
              <w:t>Matematica-Scienze</w:t>
            </w:r>
            <w:proofErr w:type="spellEnd"/>
          </w:p>
          <w:p w14:paraId="61F92C5E" w14:textId="4AEFD4DB" w:rsidR="00077E32" w:rsidRDefault="00B427F9" w:rsidP="00B427F9">
            <w:r>
              <w:t xml:space="preserve">Arte. </w:t>
            </w:r>
            <w:proofErr w:type="spellStart"/>
            <w:r>
              <w:t>Sostegno</w:t>
            </w:r>
            <w:proofErr w:type="spellEnd"/>
          </w:p>
        </w:tc>
      </w:tr>
    </w:tbl>
    <w:p w14:paraId="2CD0F556" w14:textId="77777777" w:rsidR="00077E32" w:rsidRDefault="00077E32"/>
    <w:p w14:paraId="6760C007" w14:textId="77777777" w:rsidR="00077E32" w:rsidRDefault="008C1DD8">
      <w:pPr>
        <w:jc w:val="right"/>
      </w:pPr>
      <w:r>
        <w:rPr>
          <w:b/>
        </w:rPr>
        <w:t>Il Dirigente Scolastico</w:t>
      </w:r>
      <w:r>
        <w:rPr>
          <w:b/>
        </w:rPr>
        <w:br/>
      </w:r>
      <w:r>
        <w:t>Prof. Davide Cammisuli</w:t>
      </w:r>
    </w:p>
    <w:sectPr w:rsidR="00077E32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0E51"/>
    <w:rsid w:val="00034616"/>
    <w:rsid w:val="0006063C"/>
    <w:rsid w:val="00077E32"/>
    <w:rsid w:val="000C4B7E"/>
    <w:rsid w:val="0015074B"/>
    <w:rsid w:val="00175516"/>
    <w:rsid w:val="001B5788"/>
    <w:rsid w:val="002043AE"/>
    <w:rsid w:val="00267130"/>
    <w:rsid w:val="0029639D"/>
    <w:rsid w:val="002A266E"/>
    <w:rsid w:val="002B5BBD"/>
    <w:rsid w:val="00326F90"/>
    <w:rsid w:val="003317C1"/>
    <w:rsid w:val="004A606B"/>
    <w:rsid w:val="004D5FAE"/>
    <w:rsid w:val="00587A3A"/>
    <w:rsid w:val="0059069B"/>
    <w:rsid w:val="005E0B99"/>
    <w:rsid w:val="00766193"/>
    <w:rsid w:val="00810662"/>
    <w:rsid w:val="00845751"/>
    <w:rsid w:val="008A3A9F"/>
    <w:rsid w:val="008C1DD8"/>
    <w:rsid w:val="0095405B"/>
    <w:rsid w:val="00AA1D8D"/>
    <w:rsid w:val="00B427F9"/>
    <w:rsid w:val="00B47730"/>
    <w:rsid w:val="00BC4FB1"/>
    <w:rsid w:val="00C47EE4"/>
    <w:rsid w:val="00CB0664"/>
    <w:rsid w:val="00CC1D66"/>
    <w:rsid w:val="00CD1488"/>
    <w:rsid w:val="00CF2C57"/>
    <w:rsid w:val="00D41570"/>
    <w:rsid w:val="00D82CC2"/>
    <w:rsid w:val="00D900DE"/>
    <w:rsid w:val="00EA4253"/>
    <w:rsid w:val="00F96C73"/>
    <w:rsid w:val="00FC693F"/>
    <w:rsid w:val="00FE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AF10D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attere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attere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attere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attere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attere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attere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attere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attere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attere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attere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attere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C5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CF2C57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attere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attere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attere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attere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attere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attere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attere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attere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attere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attere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attere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C5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CF2C5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788DC7-D260-1641-8C29-E761AF93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606</Words>
  <Characters>3456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4054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</cp:lastModifiedBy>
  <cp:revision>44</cp:revision>
  <dcterms:created xsi:type="dcterms:W3CDTF">2026-10-25T19:59:00Z</dcterms:created>
  <dcterms:modified xsi:type="dcterms:W3CDTF">2026-10-27T08:07:00Z</dcterms:modified>
  <cp:category/>
</cp:coreProperties>
</file>